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126/2026</w:t>
      </w:r>
      <w:r>
        <w:rPr/>
        <w:t>Guarapuava, 5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Heitor Esteves Oliveira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901.053.227-51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Francisco Alves.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Heitor Esteves Oliveira</w:t>
      </w:r>
    </w:p>
    <w:p>
      <w:pPr>
        <w:jc w:val="center"/>
      </w:pPr>
      <w:r>
        <w:rPr/>
        <w:t>CPF 901.053.227-51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