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118/2026</w:t>
      </w:r>
      <w:r>
        <w:rPr/>
        <w:t>Ponta Grossa, 8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Nogueira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900.934.442-82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R$ 371,26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Encontro Estadual de Comunicação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Nogueira Iwamoto</w:t>
      </w:r>
    </w:p>
    <w:p>
      <w:pPr>
        <w:jc w:val="center"/>
      </w:pPr>
      <w:r>
        <w:rPr/>
        <w:t>CPF 900.934.442-82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