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118/2026</w:t>
      </w:r>
      <w:r>
        <w:rPr/>
        <w:t>Ponta Grossa, 8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Arruda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900.902.766-05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R$ 371,26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Encontro Estadual de Comunicação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Arruda Ortega</w:t>
      </w:r>
    </w:p>
    <w:p>
      <w:pPr>
        <w:jc w:val="center"/>
      </w:pPr>
      <w:r>
        <w:rPr/>
        <w:t>CPF 900.902.766-05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