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117/2026</w:t>
      </w:r>
      <w:r>
        <w:rPr/>
        <w:t>Curitiba, 1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Patrícia Werneck Klein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900.736.467-77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R$ 581,10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Assis Chateaubriand.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Patrícia Werneck Klein</w:t>
      </w:r>
    </w:p>
    <w:p>
      <w:pPr>
        <w:jc w:val="center"/>
      </w:pPr>
      <w:r>
        <w:rPr/>
        <w:t>CPF 900.736.467-77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