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p>
      <w:r>
        <w:rPr>
          <w:b/>
        </w:rPr>
        <w:t>RELATÓRIO TÉCNICO DE VIAGEM</w:t>
      </w:r>
    </w:p>
    <w:p>
      <w:r>
        <w:rPr/>
        <w:t>Ref. ao Ofício 21/2024</w:t>
      </w:r>
      <w:r>
        <w:rPr/>
        <w:t>Curitiba, 10 de outubro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Vinícius Prado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900.562.249-08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Assaí.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Vinícius Prado Jardim</w:t>
      </w:r>
    </w:p>
    <w:p>
      <w:pPr>
        <w:jc w:val="center"/>
      </w:pPr>
      <w:r>
        <w:rPr/>
        <w:t>CPF 900.562.249-08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