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p>
      <w:r>
        <w:rPr>
          <w:b/>
        </w:rPr>
        <w:t>RELATÓRIO TÉCNICO DE VIAGEM</w:t>
      </w:r>
    </w:p>
    <w:p>
      <w:r>
        <w:rPr/>
        <w:t>Ref. ao Ofício 109/2026</w:t>
      </w:r>
      <w:r>
        <w:rPr/>
        <w:t>Maringá,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900.831.495-98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Godoy 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Nogueira</w:t>
      </w:r>
    </w:p>
    <w:p>
      <w:pPr>
        <w:jc w:val="center"/>
      </w:pPr>
      <w:r>
        <w:rPr/>
        <w:t>CPF 900.831.495-98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