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107/2026</w:t>
      </w:r>
      <w:r>
        <w:rPr/>
        <w:t>Ponta Grossa, 13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Nogueira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900.934.442-82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Festival de Inverno em Itaipulândia.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Nogueira Iwamoto</w:t>
      </w:r>
    </w:p>
    <w:p>
      <w:pPr>
        <w:jc w:val="center"/>
      </w:pPr>
      <w:r>
        <w:rPr/>
        <w:t>CPF 900.934.442-82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