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107/2026</w:t>
      </w:r>
      <w:r>
        <w:rPr/>
        <w:t>Ponta Grossa, 13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Siqueira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900.918.604-08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Siqueira Teixeira</w:t>
      </w:r>
    </w:p>
    <w:p>
      <w:pPr>
        <w:jc w:val="center"/>
      </w:pPr>
      <w:r>
        <w:rPr/>
        <w:t>CPF 900.918.604-08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