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Priscila Arruda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900.902.766-05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Priscila Arruda Ortega</w:t>
      </w:r>
    </w:p>
    <w:p>
      <w:pPr>
        <w:jc w:val="center"/>
      </w:pPr>
      <w:r>
        <w:rPr/>
        <w:t>CPF 900.902.766-05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