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DO INTERIOR</w:t>
      </w:r>
    </w:p>
    <w:p>
      <w:r>
        <w:rPr>
          <w:b/>
        </w:rPr>
        <w:t>RELATÓRIO TÉCNICO DE VIAGEM</w:t>
      </w:r>
    </w:p>
    <w:p>
      <w:r>
        <w:rPr/>
        <w:t>Ref. ao Ofício 103/2026</w:t>
      </w:r>
      <w:r>
        <w:rPr/>
        <w:t>Curitiba, 8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Danilo Nascimento Guimarães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900.388.031-01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às diligências da investigação em andamento em Cafelândia.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Danilo Nascimento Guimarães</w:t>
      </w:r>
    </w:p>
    <w:p>
      <w:pPr>
        <w:jc w:val="center"/>
      </w:pPr>
      <w:r>
        <w:rPr/>
        <w:t>CPF 900.388.031-01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do Interior - Rua Fictícia, 102 - Centro - Curitiba/PR - CEP 80000-002 - (41) 3000-0002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