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100/2026</w:t>
      </w:r>
      <w:r>
        <w:rPr/>
        <w:t>Curitiba, 16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Ingrid Duarte Jardim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900.237.570-01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Festival de Inverno em Francisco Beltrão.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Ingrid Duarte Jardim</w:t>
      </w:r>
    </w:p>
    <w:p>
      <w:pPr>
        <w:jc w:val="center"/>
      </w:pPr>
      <w:r>
        <w:rPr/>
        <w:t>CPF 900.237.570-01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