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99/2026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Duarte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900.593.925-77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Santo Antônio do Sudoeste.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Duarte Xavier</w:t>
      </w:r>
    </w:p>
    <w:p>
      <w:pPr>
        <w:jc w:val="center"/>
      </w:pPr>
      <w:r>
        <w:rPr/>
        <w:t>CPF 900.593.925-77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