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94/2026</w:t>
      </w:r>
      <w:r>
        <w:rPr/>
        <w:t>Toledo, 18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Cardoso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901.259.121-03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Festival de Inverno, representando a Polícia Civil, em Jesuítas.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Cardoso Arruda</w:t>
      </w:r>
    </w:p>
    <w:p>
      <w:pPr>
        <w:jc w:val="center"/>
      </w:pPr>
      <w:r>
        <w:rPr/>
        <w:t>CPF 901.259.121-03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