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TELÊMACO BORBA</w:t>
      </w:r>
    </w:p>
    <w:p>
      <w:r>
        <w:rPr>
          <w:b/>
        </w:rPr>
        <w:t>RELATÓRIO TÉCNICO DE VIAGEM</w:t>
      </w:r>
    </w:p>
    <w:p>
      <w:r>
        <w:rPr/>
        <w:t>Ref. ao Ofício 91/2026</w:t>
      </w:r>
      <w:r>
        <w:rPr/>
        <w:t>Telêmaco Borba, 24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Débora Barbosa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900.467.221-40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R$ 2.905,50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Cruzeiro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Débora Barbosa Macedo</w:t>
      </w:r>
    </w:p>
    <w:p>
      <w:pPr>
        <w:jc w:val="center"/>
      </w:pPr>
      <w:r>
        <w:rPr/>
        <w:t>CPF 900.467.221-40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Telêmaco Borba - Rua Fictícia, 124 - Centro - Telêmaco Borba/PR - CEP 80000-024 - (41) 3000-0024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