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TELÊMACO BORBA</w:t>
      </w:r>
    </w:p>
    <w:p>
      <w:r>
        <w:rPr>
          <w:b/>
        </w:rPr>
        <w:t>RELATÓRIO TÉCNICO DE VIAGEM</w:t>
      </w:r>
    </w:p>
    <w:p>
      <w:r>
        <w:rPr/>
        <w:t>Ref. ao Ofício 91/2026</w:t>
      </w:r>
      <w:r>
        <w:rPr/>
        <w:t>Telêmaco Borba, 24 de setembro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Simone Tavares Holanda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901.346.230-89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R$ 2.905,50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Encontro Estadual de Comunicação, representando a Polícia Civil, em Cruzeiro do Sul.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Simone Tavares Holanda</w:t>
      </w:r>
    </w:p>
    <w:p>
      <w:pPr>
        <w:jc w:val="center"/>
      </w:pPr>
      <w:r>
        <w:rPr/>
        <w:t>CPF 901.346.230-89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Telêmaco Borba - Rua Fictícia, 124 - Centro - Telêmaco Borba/PR - CEP 80000-024 - (41) 3000-0024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