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17/2024</w:t>
      </w:r>
      <w:r>
        <w:rPr/>
        <w:t>Campo Mourão, 25 de setembro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Klein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901.187.850-70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R$ 1.404,36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Klein Siqueira</w:t>
      </w:r>
    </w:p>
    <w:p>
      <w:pPr>
        <w:jc w:val="center"/>
      </w:pPr>
      <w:r>
        <w:rPr/>
        <w:t>CPF 901.187.850-70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