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CAMPO MOURÃO</w:t>
      </w:r>
    </w:p>
    <w:p>
      <w:r>
        <w:rPr>
          <w:b/>
        </w:rPr>
        <w:t>RELATÓRIO TÉCNICO DE VIAGEM</w:t>
      </w:r>
    </w:p>
    <w:p>
      <w:r>
        <w:rPr/>
        <w:t>Ref. ao Ofício 17/2024</w:t>
      </w:r>
      <w:r>
        <w:rPr/>
        <w:t>Campo Mourão, 25 de setembro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Leonardo Gouveia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901.164.093-48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R$ 1.404,36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Leonardo Gouveia Ortega</w:t>
      </w:r>
    </w:p>
    <w:p>
      <w:pPr>
        <w:jc w:val="center"/>
      </w:pPr>
      <w:r>
        <w:rPr/>
        <w:t>CPF 901.164.093-48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Campo Mourão - Rua Fictícia, 118 - Centro - Campo Mourão/PR - CEP 80000-018 - (41) 3000-0018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