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84/2026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Jardim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900.182.137-59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Jardim Holanda</w:t>
      </w:r>
    </w:p>
    <w:p>
      <w:pPr>
        <w:jc w:val="center"/>
      </w:pPr>
      <w:r>
        <w:rPr/>
        <w:t>CPF 900.182.137-59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