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71/2026</w:t>
      </w:r>
      <w:r>
        <w:rPr/>
        <w:t>Curitiba, 3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Tiago Hoffmann Zanella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900.459.302-02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Araucária.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Tiago Hoffmann Zanella</w:t>
      </w:r>
    </w:p>
    <w:p>
      <w:pPr>
        <w:jc w:val="center"/>
      </w:pPr>
      <w:r>
        <w:rPr/>
        <w:t>CPF 900.459.302-02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