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14/2024</w:t>
      </w:r>
      <w:r>
        <w:rPr/>
        <w:t>Curitiba, 7 de agosto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Jardim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900.182.137-59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R$ 1.006,46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Jardim Holanda</w:t>
      </w:r>
    </w:p>
    <w:p>
      <w:pPr>
        <w:jc w:val="center"/>
      </w:pPr>
      <w:r>
        <w:rPr/>
        <w:t>CPF 900.182.137-59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