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62/2026</w:t>
      </w:r>
      <w:r>
        <w:rPr/>
        <w:t>Curitiba, 19 de agosto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João Lemos Xavier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900.063.352-42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Santa Mônica.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João Lemos Xavier</w:t>
      </w:r>
    </w:p>
    <w:p>
      <w:pPr>
        <w:jc w:val="center"/>
      </w:pPr>
      <w:r>
        <w:rPr/>
        <w:t>CPF 900.063.352-42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