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60/2026</w:t>
      </w:r>
      <w:r>
        <w:rPr/>
        <w:t>Curitiba, 28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Eduardo Zanella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900.728.548-30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Congonhinhas.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Eduardo Zanella Ortega</w:t>
      </w:r>
    </w:p>
    <w:p>
      <w:pPr>
        <w:jc w:val="center"/>
      </w:pPr>
      <w:r>
        <w:rPr/>
        <w:t>CPF 900.728.548-30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