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59/2026</w:t>
      </w:r>
      <w:r>
        <w:rPr/>
        <w:t>Cascavel, 7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Ortega Dornelles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900.950.280-57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Semana de Prevenção às Drogas, representando a Polícia Civil, em Ângulo.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Ortega Dornelles</w:t>
      </w:r>
    </w:p>
    <w:p>
      <w:pPr>
        <w:jc w:val="center"/>
      </w:pPr>
      <w:r>
        <w:rPr/>
        <w:t>CPF 900.950.280-57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