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PONTA GROSSA</w:t>
      </w:r>
    </w:p>
    <w:p>
      <w:r>
        <w:rPr>
          <w:b/>
        </w:rPr>
        <w:t>RELATÓRIO TÉCNICO DE VIAGEM</w:t>
      </w:r>
    </w:p>
    <w:p>
      <w:r>
        <w:rPr/>
        <w:t>Ref. ao Ofício 55/2026</w:t>
      </w:r>
      <w:r>
        <w:rPr/>
        <w:t>Ponta Grossa, 24 de junho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Valéria Siqueira Teixeira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900.918.604-08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Cambira.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Valéria Siqueira Teixeira</w:t>
      </w:r>
    </w:p>
    <w:p>
      <w:pPr>
        <w:jc w:val="center"/>
      </w:pPr>
      <w:r>
        <w:rPr/>
        <w:t>CPF 900.918.604-08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Ponta Grossa - Rua Fictícia, 111 - Centro - Ponta Grossa/PR - CEP 80000-011 - (41) 3000-0011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