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55/2026</w:t>
      </w:r>
      <w:r>
        <w:rPr/>
        <w:t>Ponta Grossa, 24 de junho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Arruda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900.902.766-05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Cambira.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Arruda Ortega</w:t>
      </w:r>
    </w:p>
    <w:p>
      <w:pPr>
        <w:jc w:val="center"/>
      </w:pPr>
      <w:r>
        <w:rPr/>
        <w:t>CPF 900.902.766-05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