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Henrique Nascimento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900.095.028-75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Henrique Nascimento Lacerda</w:t>
      </w:r>
    </w:p>
    <w:p>
      <w:pPr>
        <w:jc w:val="center"/>
      </w:pPr>
      <w:r>
        <w:rPr/>
        <w:t>CPF 900.095.028-75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