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JACAREZINHO</w:t>
      </w:r>
    </w:p>
    <w:p>
      <w:r>
        <w:rPr>
          <w:b/>
        </w:rPr>
        <w:t>RELATÓRIO TÉCNICO DE VIAGEM</w:t>
      </w:r>
    </w:p>
    <w:p>
      <w:r>
        <w:rPr/>
        <w:t>Ref. ao Ofício 51/2026</w:t>
      </w:r>
      <w:r>
        <w:rPr/>
        <w:t>Jacarezinho, 18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Junqueira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901.306.635-66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R$ 2.324,40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São José das Palmeiras.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Junqueira Hoffmann</w:t>
      </w:r>
    </w:p>
    <w:p>
      <w:pPr>
        <w:jc w:val="center"/>
      </w:pPr>
      <w:r>
        <w:rPr/>
        <w:t>CPF 901.306.635-66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Jacarezinho - Rua Fictícia, 123 - Centro - Jacarezinho/PR - CEP 80000-023 - (41) 3000-0023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