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46/2026</w:t>
      </w:r>
      <w:r>
        <w:rPr/>
        <w:t>Curitiba, 3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Ribeiro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900.023.757-20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Seminário de Segurança Pública em Mirador.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Ribeiro Campos</w:t>
      </w:r>
    </w:p>
    <w:p>
      <w:pPr>
        <w:jc w:val="center"/>
      </w:pPr>
      <w:r>
        <w:rPr/>
        <w:t>CPF 900.023.757-20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