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46/2026</w:t>
      </w:r>
      <w:r>
        <w:rPr/>
        <w:t>Curitiba, 3 de junho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João Sampaio Campos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900.142.542-99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R$ 2.033,85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Apoio e condução da Unidade Móvel no evento Seminário de Segurança Pública em Mirador.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João Sampaio Campos</w:t>
      </w:r>
    </w:p>
    <w:p>
      <w:pPr>
        <w:jc w:val="center"/>
      </w:pPr>
      <w:r>
        <w:rPr/>
        <w:t>CPF 900.142.542-99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