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ESCOLA SUPERIOR DE POLÍCIA CIVIL</w:t>
      </w:r>
    </w:p>
    <w:p>
      <w:r>
        <w:rPr>
          <w:b/>
        </w:rPr>
        <w:t>RELATÓRIO TÉCNICO DE VIAGEM</w:t>
      </w:r>
    </w:p>
    <w:p>
      <w:r>
        <w:rPr/>
        <w:t>Ref. ao Ofício 45/2026</w:t>
      </w:r>
      <w:r>
        <w:rPr/>
        <w:t>Curitiba, 21 de maio de 2026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4933"/>
          </w:tcPr>
          <w:p>
            <w:r>
              <w:rPr/>
              <w:t>Olívia Escobar Siqueira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4933"/>
          </w:tcPr>
          <w:p>
            <w:r>
              <w:rPr/>
              <w:t>900.601.844-94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Diária:</w:t>
            </w:r>
          </w:p>
        </w:tc>
        <w:tc>
          <w:tcPr>
            <w:tcW w:type="dxa" w:w="4933"/>
          </w:tcPr>
          <w:p>
            <w:r>
              <w:rPr/>
              <w:t>R$ 853,90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Translado: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Combustível:</w:t>
            </w:r>
          </w:p>
        </w:tc>
        <w:tc>
          <w:tcPr>
            <w:tcW w:type="dxa" w:w="4933"/>
          </w:tcPr>
          <w:p>
            <w:r>
              <w:rPr/>
              <w:t>Cartão Prime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Passagem: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Descrição do evento</w:t>
            </w:r>
          </w:p>
        </w:tc>
      </w:tr>
      <w:tr>
        <w:tc>
          <w:tcPr>
            <w:tcW w:type="dxa" w:w="9866"/>
          </w:tcPr>
          <w:p>
            <w:r>
              <w:rPr/>
              <w:t>Apoio e condução da Unidade Móvel no evento Mutirão de Cidadania em Campo Grande.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Objetivo da participação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Conclusão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Medidas a serem adotadas pelo órgão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Informações complementares</w:t>
            </w:r>
          </w:p>
        </w:tc>
      </w:tr>
      <w:tr>
        <w:tc>
          <w:tcPr>
            <w:tcW w:type="dxa" w:w="9866"/>
          </w:tcPr>
          <w:p/>
        </w:tc>
      </w:tr>
    </w:tbl>
    <w:p>
      <w:pPr>
        <w:jc w:val="center"/>
      </w:pPr>
      <w:r>
        <w:rPr/>
        <w:t>Olívia Escobar Siqueira</w:t>
      </w:r>
    </w:p>
    <w:p>
      <w:pPr>
        <w:jc w:val="center"/>
      </w:pPr>
      <w:r>
        <w:rPr/>
        <w:t>CPF 900.601.844-94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</w:rPr>
      <w:t>Escola Superior de Polícia Civil - Rua Fictícia, 105 - Centro - Curitiba/PR - CEP 80000-005 - (41) 3000-0005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