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CENTRO DE OPERAÇÕES POLICIAIS ESPECIAIS</w:t>
      </w:r>
    </w:p>
    <w:p>
      <w:r>
        <w:rPr>
          <w:b/>
        </w:rPr>
        <w:t>RELATÓRIO TÉCNICO DE VIAGEM</w:t>
      </w:r>
    </w:p>
    <w:p>
      <w:r>
        <w:rPr/>
        <w:t>Ref. ao Ofício 12/2024</w:t>
      </w:r>
      <w:r>
        <w:rPr/>
        <w:t>Curitiba, 23 de agosto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Eduardo Zanella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900.728.548-30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R$ 3.147,66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Floresta.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Eduardo Zanella Ortega</w:t>
      </w:r>
    </w:p>
    <w:p>
      <w:pPr>
        <w:jc w:val="center"/>
      </w:pPr>
      <w:r>
        <w:rPr/>
        <w:t>CPF 900.728.548-30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Centro de Operações Policiais Especiais - Rua Fictícia, 107 - Centro - Curitiba/PR - CEP 80000-007 - (41) 3000-0007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