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12/2024</w:t>
      </w:r>
      <w:r>
        <w:rPr/>
        <w:t>Curitiba, 23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Caio Arruda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900.720.629-09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R$ 3.147,66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Floresta.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Caio Arruda Ribeiro</w:t>
      </w:r>
    </w:p>
    <w:p>
      <w:pPr>
        <w:jc w:val="center"/>
      </w:pPr>
      <w:r>
        <w:rPr/>
        <w:t>CPF 900.720.629-09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