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UNIÃO DA VITÓRIA</w:t>
      </w:r>
    </w:p>
    <w:p>
      <w:r>
        <w:rPr>
          <w:b/>
        </w:rPr>
        <w:t>RELATÓRIO TÉCNICO DE VIAGEM</w:t>
      </w:r>
    </w:p>
    <w:p>
      <w:r>
        <w:rPr/>
        <w:t>Ref. ao Ofício 37/2026</w:t>
      </w:r>
      <w:r>
        <w:rPr/>
        <w:t>União da Vitória,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Beatriz Macedo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901.298.716-49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R$ 2.614,95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Semana de Prevenção às Drogas em São Miguel do Iguaçu.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Beatriz Macedo Tavares</w:t>
      </w:r>
    </w:p>
    <w:p>
      <w:pPr>
        <w:jc w:val="center"/>
      </w:pPr>
      <w:r>
        <w:rPr/>
        <w:t>CPF 901.298.716-49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União da Vitória - Rua Fictícia, 122 - Centro - União da Vitória/PR - CEP 80000-022 - (41) 3000-0022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