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UNIÃO DA VITÓRIA</w:t>
      </w:r>
    </w:p>
    <w:p>
      <w:r>
        <w:rPr>
          <w:b/>
        </w:rPr>
        <w:t>RELATÓRIO TÉCNICO DE VIAGEM</w:t>
      </w:r>
    </w:p>
    <w:p>
      <w:r>
        <w:rPr/>
        <w:t>Ref. ao Ofício 37/2026</w:t>
      </w:r>
      <w:r>
        <w:rPr/>
        <w:t>União da Vitória,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Gustavo Moraes Siqueira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901.290.797-75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R$ 2.614,95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São Miguel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Gustavo Moraes Siqueira</w:t>
      </w:r>
    </w:p>
    <w:p>
      <w:pPr>
        <w:jc w:val="center"/>
      </w:pPr>
      <w:r>
        <w:rPr/>
        <w:t>CPF 901.290.797-75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União da Vitória - Rua Fictícia, 122 - Centro - União da Vitória/PR - CEP 80000-022 - (41) 3000-0022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