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APUCARANA</w:t>
      </w:r>
    </w:p>
    <w:p>
      <w:r>
        <w:rPr>
          <w:b/>
        </w:rPr>
        <w:t>RELATÓRIO TÉCNICO DE VIAGEM</w:t>
      </w:r>
    </w:p>
    <w:p>
      <w:r>
        <w:rPr/>
        <w:t>Ref. ao Ofício 35/2026</w:t>
      </w:r>
      <w:r>
        <w:rPr/>
        <w:t>Apucarana, 28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Valéria Siqueira Ferraz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901.132.417-05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R$ 1.162,20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Nova Esperança.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Valéria Siqueira Ferraz</w:t>
      </w:r>
    </w:p>
    <w:p>
      <w:pPr>
        <w:jc w:val="center"/>
      </w:pPr>
      <w:r>
        <w:rPr/>
        <w:t>CPF 901.132.417-05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Apucarana - Rua Fictícia, 117 - Centro - Apucarana/PR - CEP 80000-017 - (41) 3000-0017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