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35/2026</w:t>
      </w:r>
      <w:r>
        <w:rPr/>
        <w:t>Apucarana, 28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Prado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901.108.660-03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Nova Esperança.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Prado Esteves</w:t>
      </w:r>
    </w:p>
    <w:p>
      <w:pPr>
        <w:jc w:val="center"/>
      </w:pPr>
      <w:r>
        <w:rPr/>
        <w:t>CPF 901.108.660-03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