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35/2026</w:t>
      </w:r>
      <w:r>
        <w:rPr/>
        <w:t>Apucarana, 28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Almeida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901.156.174-01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Nova Esperança.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Almeida Tavares</w:t>
      </w:r>
    </w:p>
    <w:p>
      <w:pPr>
        <w:jc w:val="center"/>
      </w:pPr>
      <w:r>
        <w:rPr/>
        <w:t>CPF 901.156.174-01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