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34/2026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Pato Bragado.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