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Ingrid Duarte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900.237.570-01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Ingrid Duarte Jardim</w:t>
      </w:r>
    </w:p>
    <w:p>
      <w:pPr>
        <w:jc w:val="center"/>
      </w:pPr>
      <w:r>
        <w:rPr/>
        <w:t>CPF 900.237.570-01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