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Paulo Ribeiro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900.205.894-26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Paulo Ribeiro Ortega</w:t>
      </w:r>
    </w:p>
    <w:p>
      <w:pPr>
        <w:jc w:val="center"/>
      </w:pPr>
      <w:r>
        <w:rPr/>
        <w:t>CPF 900.205.894-26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