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32/2026</w:t>
      </w:r>
      <w:r>
        <w:rPr/>
        <w:t>Curitiba, 15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Escobar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900.601.844-94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Jacarezinho.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Escobar Siqueira</w:t>
      </w:r>
    </w:p>
    <w:p>
      <w:pPr>
        <w:jc w:val="center"/>
      </w:pPr>
      <w:r>
        <w:rPr/>
        <w:t>CPF 900.601.844-94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