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32/2026</w:t>
      </w:r>
      <w:r>
        <w:rPr/>
        <w:t>Curitiba, 15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Duarte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900.593.925-77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Jacarezinho.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Duarte Xavier</w:t>
      </w:r>
    </w:p>
    <w:p>
      <w:pPr>
        <w:jc w:val="center"/>
      </w:pPr>
      <w:r>
        <w:rPr/>
        <w:t>CPF 900.593.925-77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