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11/2024</w:t>
      </w:r>
      <w:r>
        <w:rPr/>
        <w:t>Curitiba, 31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Ortega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900.324.679-32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R$ 426,95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Ortega Iwamoto</w:t>
      </w:r>
    </w:p>
    <w:p>
      <w:pPr>
        <w:jc w:val="center"/>
      </w:pPr>
      <w:r>
        <w:rPr/>
        <w:t>CPF 900.324.679-32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