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DA CAPITAL</w:t>
      </w:r>
    </w:p>
    <w:p>
      <w:r>
        <w:rPr>
          <w:b/>
        </w:rPr>
        <w:t>RELATÓRIO TÉCNICO DE VIAGEM</w:t>
      </w:r>
    </w:p>
    <w:p>
      <w:r>
        <w:rPr/>
        <w:t>Ref. ao Ofício 11/2024</w:t>
      </w:r>
      <w:r>
        <w:rPr/>
        <w:t>Curitiba, 31 de julho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Tiago Gouveia Iwamoto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900.308.841-11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R$ 426,95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Florianópolis.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Tiago Gouveia Iwamoto</w:t>
      </w:r>
    </w:p>
    <w:p>
      <w:pPr>
        <w:jc w:val="center"/>
      </w:pPr>
      <w:r>
        <w:rPr/>
        <w:t>CPF 900.308.841-11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da Capital - Rua Fictícia, 101 - Centro - Curitiba/PR - CEP 80000-001 - (41) 3000-0001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