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26/2026</w:t>
      </w:r>
      <w:r>
        <w:rPr/>
        <w:t>Toledo, 1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Cardoso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901.259.121-03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Boa Vista da Aparecida.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Cardoso Arruda</w:t>
      </w:r>
    </w:p>
    <w:p>
      <w:pPr>
        <w:jc w:val="center"/>
      </w:pPr>
      <w:r>
        <w:rPr/>
        <w:t>CPF 901.259.121-03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