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10/2024</w:t>
      </w:r>
      <w:r>
        <w:rPr/>
        <w:t>Apucarana,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Valéria Siqueira Ferraz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901.132.417-05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R$ 1.544,80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Congresso de Investigação Criminal, representando a Polícia Civil,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Valéria Siqueira Ferraz</w:t>
      </w:r>
    </w:p>
    <w:p>
      <w:pPr>
        <w:jc w:val="center"/>
      </w:pPr>
      <w:r>
        <w:rPr/>
        <w:t>CPF 901.132.417-05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