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10/2024</w:t>
      </w:r>
      <w:r>
        <w:rPr/>
        <w:t>Apucarana,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Nelson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901.124.498-25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R$ 1.544,80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Congresso de Investigação Criminal, representando a Polícia Civil,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Nelson Arruda Ortega</w:t>
      </w:r>
    </w:p>
    <w:p>
      <w:pPr>
        <w:jc w:val="center"/>
      </w:pPr>
      <w:r>
        <w:rPr/>
        <w:t>CPF 901.124.498-25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