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APUCARANA</w:t>
      </w:r>
    </w:p>
    <w:p>
      <w:r>
        <w:rPr>
          <w:b/>
        </w:rPr>
        <w:t>RELATÓRIO TÉCNICO DE VIAGEM</w:t>
      </w:r>
    </w:p>
    <w:p>
      <w:r>
        <w:rPr/>
        <w:t>Ref. ao Ofício 10/2024</w:t>
      </w:r>
      <w:r>
        <w:rPr/>
        <w:t>Apucarana,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Bittencourt Arruda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901.116.579-98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R$ 1.544,80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Congresso de Investigação Criminal, representando a Polícia Civil, em Brasília.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Bittencourt Arruda</w:t>
      </w:r>
    </w:p>
    <w:p>
      <w:pPr>
        <w:jc w:val="center"/>
      </w:pPr>
      <w:r>
        <w:rPr/>
        <w:t>CPF 901.116.579-98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Apucarana - Rua Fictícia, 117 - Centro - Apucarana/PR - CEP 80000-017 - (41) 3000-0017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