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Campos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900.681.034-77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Campos Yamamoto</w:t>
      </w:r>
    </w:p>
    <w:p>
      <w:pPr>
        <w:jc w:val="center"/>
      </w:pPr>
      <w:r>
        <w:rPr/>
        <w:t>CPF 900.681.034-77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