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01/2024</w:t>
      </w:r>
      <w:r>
        <w:rPr/>
        <w:t>Curitiba, 27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Juliana Werneck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900.657.277-21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Santa Inês.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Juliana Werneck Duarte</w:t>
      </w:r>
    </w:p>
    <w:p>
      <w:pPr>
        <w:jc w:val="center"/>
      </w:pPr>
      <w:r>
        <w:rPr/>
        <w:t>CPF 900.657.277-21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